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 xml:space="preserve">Kepada Yth. Warga </w:t>
      </w:r>
      <w:r>
        <w:rPr>
          <w:highlight w:val="yellow"/>
        </w:rPr>
        <w:t>[RT/RW dan kelurahan]</w:t>
      </w:r>
    </w:p>
    <w:p>
      <w:r>
        <w:t>Dengan hormat, kami mengundang Bapak/Ibu pada rapat warga:</w:t>
      </w:r>
    </w:p>
    <w:p>
      <w:r>
        <w:t xml:space="preserve">Hari/tanggal: </w:t>
      </w:r>
      <w:r>
        <w:rPr>
          <w:highlight w:val="yellow"/>
        </w:rPr>
        <w:t>[Hari dan tanggal rapat]</w:t>
      </w:r>
      <w:r>
        <w:t xml:space="preserve">; pukul </w:t>
      </w:r>
      <w:r>
        <w:rPr>
          <w:highlight w:val="yellow"/>
        </w:rPr>
        <w:t>[Pukul]</w:t>
      </w:r>
      <w:r>
        <w:t xml:space="preserve">; tempat: </w:t>
      </w:r>
      <w:r>
        <w:rPr>
          <w:highlight w:val="yellow"/>
        </w:rPr>
        <w:t>[Tempat]</w:t>
      </w:r>
      <w:r>
        <w:t>.</w:t>
      </w:r>
    </w:p>
    <w:p>
      <w:r>
        <w:t xml:space="preserve">Acara: </w:t>
      </w:r>
      <w:r>
        <w:rPr>
          <w:highlight w:val="yellow"/>
        </w:rPr>
        <w:t>[Acara rapat]</w:t>
      </w:r>
      <w:r>
        <w:t>.</w:t>
      </w:r>
    </w:p>
    <w:p>
      <w:r>
        <w:t>Mengingat pentingnya pembahasan, kehadiran Bapak/Ibu sangat diharapkan.</w:t>
      </w:r>
    </w:p>
    <w:p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[Tanggal]</w:t>
      </w:r>
    </w:p>
    <w:p>
      <w:r>
        <w:t>Pengurus: ____________ (</w:t>
      </w:r>
      <w:r>
        <w:rPr>
          <w:highlight w:val="yellow"/>
        </w:rPr>
        <w:t>[Nama pengurus]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