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Kepada Yth. Seluruh anggota keluarga</w:t>
      </w:r>
    </w:p>
    <w:p>
      <w:r>
        <w:t xml:space="preserve">Kami mengundang untuk musyawarah keluarga pada </w:t>
      </w:r>
      <w:r>
        <w:rPr>
          <w:highlight w:val="yellow"/>
        </w:rPr>
        <w:t>[Hari dan tanggal]</w:t>
      </w:r>
      <w:r>
        <w:t xml:space="preserve">, pukul </w:t>
      </w:r>
      <w:r>
        <w:rPr>
          <w:highlight w:val="yellow"/>
        </w:rPr>
        <w:t>[Pukul]</w:t>
      </w:r>
      <w:r>
        <w:t xml:space="preserve">, di </w:t>
      </w:r>
      <w:r>
        <w:rPr>
          <w:highlight w:val="yellow"/>
        </w:rPr>
        <w:t>[Tempat]</w:t>
      </w:r>
      <w:r>
        <w:t>.</w:t>
      </w:r>
    </w:p>
    <w:p>
      <w:r>
        <w:t xml:space="preserve">Pokok bahasan: </w:t>
      </w:r>
      <w:r>
        <w:rPr>
          <w:highlight w:val="yellow"/>
        </w:rPr>
        <w:t>[Pokok bahasan]</w:t>
      </w:r>
      <w:r>
        <w:t>.</w:t>
      </w:r>
    </w:p>
    <w:p>
      <w:r>
        <w:t>Mohon hadir atau mengirim perwakilan dengan surat kuasa.</w:t>
      </w:r>
    </w:p>
    <w:p>
      <w:r>
        <w:t>____________ (</w:t>
      </w:r>
      <w:r>
        <w:rPr>
          <w:highlight w:val="yellow"/>
        </w:rPr>
        <w:t>[Nama pengundang]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