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REKOMENDASI</w:t>
      </w:r>
    </w:p>
    <w:p>
      <w:r>
        <w:t xml:space="preserve">Saya </w:t>
      </w:r>
      <w:r>
        <w:rPr>
          <w:highlight w:val="yellow"/>
        </w:rPr>
        <w:t>[Nama pemberi rekomendasi]</w:t>
      </w:r>
      <w:r>
        <w:t xml:space="preserve">, </w:t>
      </w:r>
      <w:r>
        <w:rPr>
          <w:highlight w:val="yellow"/>
        </w:rPr>
        <w:t>[Jabatan pemberi]</w:t>
      </w:r>
      <w:r>
        <w:t xml:space="preserve">, menerangkan bahwa </w:t>
      </w:r>
      <w:r>
        <w:rPr>
          <w:highlight w:val="yellow"/>
        </w:rPr>
        <w:t>[Nama yang direkomendasikan]</w:t>
      </w:r>
      <w:r>
        <w:t xml:space="preserve"> bekerja bersama kami selama </w:t>
      </w:r>
      <w:r>
        <w:rPr>
          <w:highlight w:val="yellow"/>
        </w:rPr>
        <w:t>[Lama bekerja]</w:t>
      </w:r>
      <w:r>
        <w:t xml:space="preserve"> sebagai </w:t>
      </w:r>
      <w:r>
        <w:rPr>
          <w:highlight w:val="yellow"/>
        </w:rPr>
        <w:t>[Posisi dan tugas]</w:t>
      </w:r>
      <w:r>
        <w:t>.</w:t>
      </w:r>
    </w:p>
    <w:p>
      <w:r>
        <w:t xml:space="preserve">Selama itu ia menunjukkan: </w:t>
      </w:r>
      <w:r>
        <w:rPr>
          <w:highlight w:val="yellow"/>
        </w:rPr>
        <w:t>[Kelebihan utama]</w:t>
      </w:r>
      <w:r>
        <w:t>. Saya merekomendasikannya untuk kesempatan kerja yang sesuai.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 pemberi rekomendasi]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