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PESANAN</w:t>
      </w:r>
    </w:p>
    <w:p>
      <w:r>
        <w:t xml:space="preserve">Nomor: </w:t>
      </w:r>
      <w:r>
        <w:rPr>
          <w:highlight w:val="yellow"/>
        </w:rPr>
        <w:t>[Nomor PO]</w:t>
      </w:r>
      <w:r>
        <w:t xml:space="preserve">     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Kepada: </w:t>
      </w:r>
      <w:r>
        <w:rPr>
          <w:highlight w:val="yellow"/>
        </w:rPr>
        <w:t>[Nama pemasok]</w:t>
      </w:r>
    </w:p>
    <w:p>
      <w:r>
        <w:rPr>
          <w:highlight w:val="yellow"/>
        </w:rPr>
        <w:t>[Nama pemesan]</w:t>
      </w:r>
      <w:r>
        <w:t xml:space="preserve"> memesan: </w:t>
      </w:r>
      <w:r>
        <w:rPr>
          <w:highlight w:val="yellow"/>
        </w:rPr>
        <w:t>[Barang dan jumlah]</w:t>
      </w:r>
      <w:r>
        <w:t xml:space="preserve">. Total: </w:t>
      </w:r>
      <w:r>
        <w:rPr>
          <w:highlight w:val="yellow"/>
        </w:rPr>
        <w:t>[Total harga]</w:t>
      </w:r>
      <w:r>
        <w:t>.</w:t>
      </w:r>
    </w:p>
    <w:p>
      <w:r>
        <w:t xml:space="preserve">Pengiriman: </w:t>
      </w:r>
      <w:r>
        <w:rPr>
          <w:highlight w:val="yellow"/>
        </w:rPr>
        <w:t>[Tanggal dan alamat pengiriman]</w:t>
      </w:r>
      <w:r>
        <w:t xml:space="preserve">. Pembayaran: </w:t>
      </w:r>
      <w:r>
        <w:rPr>
          <w:highlight w:val="yellow"/>
        </w:rPr>
        <w:t>[Syarat pembayaran]</w:t>
      </w:r>
      <w:r>
        <w:t>.</w:t>
      </w:r>
    </w:p>
    <w:p>
      <w:r>
        <w:t>Mohon konfirmasi penerimaan pesanan ini.</w:t>
      </w:r>
    </w:p>
    <w:p>
      <w:r>
        <w:t>____________ (</w:t>
      </w:r>
      <w:r>
        <w:rPr>
          <w:highlight w:val="yellow"/>
        </w:rPr>
        <w:t>[Nama pemesan]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