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PERSETUJUAN SUAMI/ISTRI</w:t>
      </w:r>
    </w:p>
    <w:p>
      <w:r>
        <w:t xml:space="preserve">Saya </w:t>
      </w:r>
      <w:r>
        <w:rPr>
          <w:highlight w:val="yellow"/>
        </w:rPr>
        <w:t>[Nama pasangan yang menyetujui]</w:t>
      </w:r>
      <w:r>
        <w:t xml:space="preserve">, No. KTP </w:t>
      </w:r>
      <w:r>
        <w:rPr>
          <w:highlight w:val="yellow"/>
        </w:rPr>
        <w:t>[No. KTP]</w:t>
      </w:r>
      <w:r>
        <w:t xml:space="preserve">, selaku pasangan sah </w:t>
      </w:r>
      <w:r>
        <w:rPr>
          <w:highlight w:val="yellow"/>
        </w:rPr>
        <w:t>[Nama pasangan yang bertransaksi]</w:t>
      </w:r>
      <w:r>
        <w:t xml:space="preserve">, menyetujui </w:t>
      </w:r>
      <w:r>
        <w:rPr>
          <w:highlight w:val="yellow"/>
        </w:rPr>
        <w:t>[Jenis transaksi (jual/sewa/jaminan)]</w:t>
      </w:r>
      <w:r>
        <w:t xml:space="preserve"> atas </w:t>
      </w:r>
      <w:r>
        <w:rPr>
          <w:highlight w:val="yellow"/>
        </w:rPr>
        <w:t>[Aset]</w:t>
      </w:r>
      <w:r>
        <w:t xml:space="preserve"> yang termasuk harta bersama.</w:t>
      </w:r>
    </w:p>
    <w:p>
      <w:r>
        <w:t>Persetujuan ini saya berikan dengan sadar tanpa paksaan.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pasangan yang menyetujui]</w:t>
      </w:r>
      <w:r>
        <w:t>)  (bermaterai)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