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SURAT PERNYATAAN PENGHASILAN</w:t>
      </w:r>
    </w:p>
    <w:p>
      <w:r>
        <w:t xml:space="preserve">Saya </w:t>
      </w:r>
      <w:r>
        <w:rPr>
          <w:highlight w:val="yellow"/>
        </w:rPr>
        <w:t>[Nama]</w:t>
      </w:r>
      <w:r>
        <w:t xml:space="preserve">, No. KTP </w:t>
      </w:r>
      <w:r>
        <w:rPr>
          <w:highlight w:val="yellow"/>
        </w:rPr>
        <w:t>[No. KTP]</w:t>
      </w:r>
      <w:r>
        <w:t xml:space="preserve">, beralamat di </w:t>
      </w:r>
      <w:r>
        <w:rPr>
          <w:highlight w:val="yellow"/>
        </w:rPr>
        <w:t>[Alamat]</w:t>
      </w:r>
      <w:r>
        <w:t xml:space="preserve">, menyatakan bahwa saya bekerja sebagai </w:t>
      </w:r>
      <w:r>
        <w:rPr>
          <w:highlight w:val="yellow"/>
        </w:rPr>
        <w:t>[Jenis pekerjaan/usaha]</w:t>
      </w:r>
      <w:r>
        <w:t xml:space="preserve"> dengan penghasilan rata-rata Rp </w:t>
      </w:r>
      <w:r>
        <w:rPr>
          <w:highlight w:val="yellow"/>
        </w:rPr>
        <w:t>[Penghasilan rata-rata per bulan (Rp)]</w:t>
      </w:r>
      <w:r>
        <w:t xml:space="preserve"> per bulan.</w:t>
      </w:r>
    </w:p>
    <w:p>
      <w:r>
        <w:t xml:space="preserve">Surat ini dibuat untuk </w:t>
      </w:r>
      <w:r>
        <w:rPr>
          <w:highlight w:val="yellow"/>
        </w:rPr>
        <w:t>[Keperluan]</w:t>
      </w:r>
      <w:r>
        <w:t>. Pernyataan ini benar adanya, dan saya bersedia menanggung akibat hukum bila tidak benar.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____________ (</w:t>
      </w:r>
      <w:r>
        <w:rPr>
          <w:highlight w:val="yellow"/>
        </w:rPr>
        <w:t>[Nama]</w:t>
      </w:r>
      <w:r>
        <w:t>)  (bermaterai)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