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SURAT PERNYATAAN KESEDIAAN MENJADI SAKSI</w:t>
      </w:r>
    </w:p>
    <w:p>
      <w:r>
        <w:t xml:space="preserve">Saya </w:t>
      </w:r>
      <w:r>
        <w:rPr>
          <w:highlight w:val="yellow"/>
        </w:rPr>
        <w:t>[Nama saksi]</w:t>
      </w:r>
      <w:r>
        <w:t xml:space="preserve">, No. KTP </w:t>
      </w:r>
      <w:r>
        <w:rPr>
          <w:highlight w:val="yellow"/>
        </w:rPr>
        <w:t>[No. KTP]</w:t>
      </w:r>
      <w:r>
        <w:t xml:space="preserve">, beralamat di </w:t>
      </w:r>
      <w:r>
        <w:rPr>
          <w:highlight w:val="yellow"/>
        </w:rPr>
        <w:t>[Alamat]</w:t>
      </w:r>
      <w:r>
        <w:t xml:space="preserve">, menyatakan bersedia menjadi saksi atas </w:t>
      </w:r>
      <w:r>
        <w:rPr>
          <w:highlight w:val="yellow"/>
        </w:rPr>
        <w:t>[Peristiwa/perjanjian yang disaksikan]</w:t>
      </w:r>
      <w:r>
        <w:t xml:space="preserve"> antara </w:t>
      </w:r>
      <w:r>
        <w:rPr>
          <w:highlight w:val="yellow"/>
        </w:rPr>
        <w:t>[Pihak-pihak terkait]</w:t>
      </w:r>
      <w:r>
        <w:t>.</w:t>
      </w:r>
    </w:p>
    <w:p>
      <w:r>
        <w:t>Saya menyaksikan hal tersebut secara langsung dan bersedia memberi keterangan sebenarnya bila diminta.</w:t>
      </w:r>
    </w:p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>____________ (</w:t>
      </w:r>
      <w:r>
        <w:rPr>
          <w:highlight w:val="yellow"/>
        </w:rPr>
        <w:t>[Nama saksi]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