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mohon salinan </w:t>
      </w:r>
      <w:r>
        <w:rPr>
          <w:highlight w:val="yellow"/>
        </w:rPr>
        <w:t>[Dokumen yang diminta]</w:t>
      </w:r>
      <w:r>
        <w:t xml:space="preserve">. Saya berkepentingan karena </w:t>
      </w:r>
      <w:r>
        <w:rPr>
          <w:highlight w:val="yellow"/>
        </w:rPr>
        <w:t>[Hubungan Anda dengan dokumen]</w:t>
      </w:r>
      <w:r>
        <w:t xml:space="preserve">, untuk </w:t>
      </w:r>
      <w:r>
        <w:rPr>
          <w:highlight w:val="yellow"/>
        </w:rPr>
        <w:t>[Keperluan]</w:t>
      </w:r>
      <w:r>
        <w:t>.</w:t>
      </w:r>
    </w:p>
    <w:p>
      <w:r>
        <w:t>Mohon dikabari persyaratan dan biayanya bila ada. Terima kasih.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