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Kepala </w:t>
      </w:r>
      <w:r>
        <w:rPr>
          <w:highlight w:val="yellow"/>
        </w:rPr>
        <w:t>[Sekolah asal]</w:t>
      </w:r>
    </w:p>
    <w:p>
      <w:r>
        <w:t xml:space="preserve">Saya </w:t>
      </w:r>
      <w:r>
        <w:rPr>
          <w:highlight w:val="yellow"/>
        </w:rPr>
        <w:t>[Nama orang tua]</w:t>
      </w:r>
      <w:r>
        <w:t xml:space="preserve">, orang tua dari </w:t>
      </w:r>
      <w:r>
        <w:rPr>
          <w:highlight w:val="yellow"/>
        </w:rPr>
        <w:t>[Nama anak]</w:t>
      </w:r>
      <w:r>
        <w:t xml:space="preserve"> (kelas </w:t>
      </w:r>
      <w:r>
        <w:rPr>
          <w:highlight w:val="yellow"/>
        </w:rPr>
        <w:t>[Kelas]</w:t>
      </w:r>
      <w:r>
        <w:t xml:space="preserve">), mohon dibuatkan surat pindah ke </w:t>
      </w:r>
      <w:r>
        <w:rPr>
          <w:highlight w:val="yellow"/>
        </w:rPr>
        <w:t>[Sekolah tujuan]</w:t>
      </w:r>
      <w:r>
        <w:t xml:space="preserve"> dengan alasan: </w:t>
      </w:r>
      <w:r>
        <w:rPr>
          <w:highlight w:val="yellow"/>
        </w:rPr>
        <w:t>[Alasan pindah]</w:t>
      </w:r>
      <w:r>
        <w:t>.</w:t>
      </w:r>
    </w:p>
    <w:p>
      <w:r>
        <w:t>Mohon bantuan menyiapkan dokumen pindah (rapor dan surat keterangan). Terima kasih.</w:t>
      </w:r>
    </w:p>
    <w:p>
      <w:r>
        <w:t>____________ (</w:t>
      </w:r>
      <w:r>
        <w:rPr>
          <w:highlight w:val="yellow"/>
        </w:rPr>
        <w:t>[Nama orang tua]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