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[Ditujukan kepada]</w:t>
      </w:r>
    </w:p>
    <w:p>
      <w:r>
        <w:t xml:space="preserve">Saya </w:t>
      </w:r>
      <w:r>
        <w:rPr>
          <w:highlight w:val="yellow"/>
        </w:rPr>
        <w:t>[Nama]</w:t>
      </w:r>
      <w:r>
        <w:t xml:space="preserve"> menyampaikan klarifikasi atas </w:t>
      </w:r>
      <w:r>
        <w:rPr>
          <w:highlight w:val="yellow"/>
        </w:rPr>
        <w:t>[Peristiwa yang diklarifikasi]</w:t>
      </w:r>
      <w:r>
        <w:t xml:space="preserve">. Penjelasan saya: </w:t>
      </w:r>
      <w:r>
        <w:rPr>
          <w:highlight w:val="yellow"/>
        </w:rPr>
        <w:t>[Penjelasan yang benar]</w:t>
      </w:r>
      <w:r>
        <w:t>.</w:t>
      </w:r>
    </w:p>
    <w:p>
      <w:r>
        <w:t xml:space="preserve">Saya menyesalkan ketidaknyamanan yang terjadi dan akan melakukan: </w:t>
      </w:r>
      <w:r>
        <w:rPr>
          <w:highlight w:val="yellow"/>
        </w:rPr>
        <w:t>[Langkah perbaikan]</w:t>
      </w:r>
      <w:r>
        <w:t>.</w:t>
      </w:r>
    </w:p>
    <w:p>
      <w:r>
        <w:t>Terima kasih atas pengertian Bapak/Ibu.</w:t>
      </w:r>
    </w:p>
    <w:p>
      <w:r>
        <w:t>____________ (</w:t>
      </w:r>
      <w:r>
        <w:rPr>
          <w:highlight w:val="yellow"/>
        </w:rPr>
        <w:t>[Nama]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