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[Nama atasan]</w:t>
      </w:r>
    </w:p>
    <w:p>
      <w:r>
        <w:t xml:space="preserve">Dengan hormat, saya </w:t>
      </w:r>
      <w:r>
        <w:rPr>
          <w:highlight w:val="yellow"/>
        </w:rPr>
        <w:t>[Nama]</w:t>
      </w:r>
      <w:r>
        <w:t xml:space="preserve"> (</w:t>
      </w:r>
      <w:r>
        <w:rPr>
          <w:highlight w:val="yellow"/>
        </w:rPr>
        <w:t>[Jabatan]</w:t>
      </w:r>
      <w:r>
        <w:t xml:space="preserve">) mengajukan </w:t>
      </w:r>
      <w:r>
        <w:rPr>
          <w:highlight w:val="yellow"/>
        </w:rPr>
        <w:t>[Jenis cuti]</w:t>
      </w:r>
      <w:r>
        <w:t xml:space="preserve"> dari </w:t>
      </w:r>
      <w:r>
        <w:rPr>
          <w:highlight w:val="yellow"/>
        </w:rPr>
        <w:t>[Tanggal mulai]</w:t>
      </w:r>
      <w:r>
        <w:t xml:space="preserve"> sampai </w:t>
      </w:r>
      <w:r>
        <w:rPr>
          <w:highlight w:val="yellow"/>
        </w:rPr>
        <w:t>[Tanggal selesai]</w:t>
      </w:r>
      <w:r>
        <w:t xml:space="preserve"> dengan alasan: </w:t>
      </w:r>
      <w:r>
        <w:rPr>
          <w:highlight w:val="yellow"/>
        </w:rPr>
        <w:t>[Alasan]</w:t>
      </w:r>
      <w:r>
        <w:t>.</w:t>
      </w:r>
    </w:p>
    <w:p>
      <w:r>
        <w:t xml:space="preserve">Selama saya cuti, pekerjaan akan dilimpahkan kepada </w:t>
      </w:r>
      <w:r>
        <w:rPr>
          <w:highlight w:val="yellow"/>
        </w:rPr>
        <w:t>[Pengganti selama cuti]</w:t>
      </w:r>
      <w:r>
        <w:t>. Atas persetujuan Bapak/Ibu saya ucapkan terima kasih.</w:t>
      </w:r>
    </w:p>
    <w:p>
      <w:r>
        <w:t>Hormat saya,</w:t>
      </w:r>
    </w:p>
    <w:p>
      <w:r>
        <w:t>____________ (</w:t>
      </w:r>
      <w:r>
        <w:rPr>
          <w:highlight w:val="yellow"/>
        </w:rPr>
        <w:t>[Nama]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