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UANG MUKA PEMESANAN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penjual]</w:t>
      </w:r>
      <w:r>
        <w:t xml:space="preserve"> (PENJUAL) dan </w:t>
      </w:r>
      <w:r>
        <w:rPr>
          <w:highlight w:val="yellow"/>
        </w:rPr>
        <w:t>[Nama pembeli]</w:t>
      </w:r>
      <w:r>
        <w:t xml:space="preserve"> (PEMBELI) sepakat sebagai berikut.</w:t>
      </w:r>
    </w:p>
    <w:p>
      <w:r>
        <w:rPr>
          <w:b/>
        </w:rPr>
        <w:t>Pasal 1 Objek</w:t>
      </w:r>
    </w:p>
    <w:p>
      <w:r>
        <w:t xml:space="preserve">PEMBELI memesan </w:t>
      </w:r>
      <w:r>
        <w:rPr>
          <w:highlight w:val="yellow"/>
        </w:rPr>
        <w:t>[Barang/jasa yang dipesan]</w:t>
      </w:r>
      <w:r>
        <w:t xml:space="preserve"> seharga Rp </w:t>
      </w:r>
      <w:r>
        <w:rPr>
          <w:highlight w:val="yellow"/>
        </w:rPr>
        <w:t>[Harga (Rp)]</w:t>
      </w:r>
      <w:r>
        <w:t>.</w:t>
      </w:r>
    </w:p>
    <w:p>
      <w:r>
        <w:rPr>
          <w:b/>
        </w:rPr>
        <w:t>Pasal 2 Uang Muka</w:t>
      </w:r>
    </w:p>
    <w:p>
      <w:r>
        <w:t xml:space="preserve">PEMBELI membayar uang muka Rp </w:t>
      </w:r>
      <w:r>
        <w:rPr>
          <w:highlight w:val="yellow"/>
        </w:rPr>
        <w:t>[Uang muka (Rp)]</w:t>
      </w:r>
      <w:r>
        <w:t xml:space="preserve"> sebagai tanda jadi, pelunasan paling lambat </w:t>
      </w:r>
      <w:r>
        <w:rPr>
          <w:highlight w:val="yellow"/>
        </w:rPr>
        <w:t>[Batas pelunasan]</w:t>
      </w:r>
      <w:r>
        <w:t>.</w:t>
      </w:r>
    </w:p>
    <w:p>
      <w:r>
        <w:rPr>
          <w:b/>
        </w:rPr>
        <w:t>Pasal 3 Pembatalan</w:t>
      </w:r>
    </w:p>
    <w:p>
      <w:r>
        <w:t>Bila PEMBELI membatalkan, uang muka hangus. Bila PENJUAL membatalkan atau tidak dapat menyerahkan, uang muka dikembalikan penuh.</w:t>
      </w:r>
    </w:p>
    <w:p>
      <w:r>
        <w:t>PENJUAL: ____________ (</w:t>
      </w:r>
      <w:r>
        <w:rPr>
          <w:highlight w:val="yellow"/>
        </w:rPr>
        <w:t>[Nama penjual]</w:t>
      </w:r>
      <w:r>
        <w:t>)          PEMBELI: ____________ (</w:t>
      </w:r>
      <w:r>
        <w:rPr>
          <w:highlight w:val="yellow"/>
        </w:rPr>
        <w:t>[Nama pembeli]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