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PERJANJIAN KERJA ASISTEN RUMAH TANGGA</w:t>
      </w:r>
    </w:p>
    <w:p>
      <w:r>
        <w:t xml:space="preserve">Pada </w:t>
      </w:r>
      <w:r>
        <w:rPr>
          <w:highlight w:val="yellow"/>
        </w:rPr>
        <w:t>[Tanggal]</w:t>
      </w:r>
      <w:r>
        <w:t xml:space="preserve"> di </w:t>
      </w:r>
      <w:r>
        <w:rPr>
          <w:highlight w:val="yellow"/>
        </w:rPr>
        <w:t>[Kota]</w:t>
      </w:r>
      <w:r>
        <w:t xml:space="preserve">, </w:t>
      </w:r>
      <w:r>
        <w:rPr>
          <w:highlight w:val="yellow"/>
        </w:rPr>
        <w:t>[Nama pemberi kerja]</w:t>
      </w:r>
      <w:r>
        <w:t xml:space="preserve"> (PEMBERI KERJA) dan </w:t>
      </w:r>
      <w:r>
        <w:rPr>
          <w:highlight w:val="yellow"/>
        </w:rPr>
        <w:t>[Nama asisten]</w:t>
      </w:r>
      <w:r>
        <w:t xml:space="preserve"> (PEKERJA) sepakat hal berikut.</w:t>
      </w:r>
    </w:p>
    <w:p>
      <w:r>
        <w:rPr>
          <w:b/>
        </w:rPr>
        <w:t>Pasal 1 Tempat dan Tugas</w:t>
      </w:r>
    </w:p>
    <w:p>
      <w:r>
        <w:t xml:space="preserve">PEKERJA bekerja di </w:t>
      </w:r>
      <w:r>
        <w:rPr>
          <w:highlight w:val="yellow"/>
        </w:rPr>
        <w:t>[Alamat tempat kerja]</w:t>
      </w:r>
      <w:r>
        <w:t xml:space="preserve"> dengan tugas: </w:t>
      </w:r>
      <w:r>
        <w:rPr>
          <w:highlight w:val="yellow"/>
        </w:rPr>
        <w:t>[Uraian tugas]</w:t>
      </w:r>
      <w:r>
        <w:t>.</w:t>
      </w:r>
    </w:p>
    <w:p>
      <w:r>
        <w:rPr>
          <w:b/>
        </w:rPr>
        <w:t>Pasal 2 Waktu Kerja dan Libur</w:t>
      </w:r>
    </w:p>
    <w:p>
      <w:r>
        <w:t xml:space="preserve">Jam kerja </w:t>
      </w:r>
      <w:r>
        <w:rPr>
          <w:highlight w:val="yellow"/>
        </w:rPr>
        <w:t>[Jam kerja per hari]</w:t>
      </w:r>
      <w:r>
        <w:t xml:space="preserve"> jam per hari. PEKERJA berhak libur </w:t>
      </w:r>
      <w:r>
        <w:rPr>
          <w:highlight w:val="yellow"/>
        </w:rPr>
        <w:t>[Hak libur per pekan]</w:t>
      </w:r>
      <w:r>
        <w:t xml:space="preserve"> dan cuti tahunan sesuai kesepakatan.</w:t>
      </w:r>
    </w:p>
    <w:p>
      <w:r>
        <w:rPr>
          <w:b/>
        </w:rPr>
        <w:t>Pasal 3 Upah</w:t>
      </w:r>
    </w:p>
    <w:p>
      <w:r>
        <w:t xml:space="preserve">Upah Rp </w:t>
      </w:r>
      <w:r>
        <w:rPr>
          <w:highlight w:val="yellow"/>
        </w:rPr>
        <w:t>[Upah per bulan (Rp)]</w:t>
      </w:r>
      <w:r>
        <w:t xml:space="preserve"> per bulan, dibayar setiap tanggal </w:t>
      </w:r>
      <w:r>
        <w:rPr>
          <w:highlight w:val="yellow"/>
        </w:rPr>
        <w:t>[Tanggal pembayaran upah]</w:t>
      </w:r>
      <w:r>
        <w:t>. Kelebihan jam kerja atas persetujuan bersama dibayar tambahan.</w:t>
      </w:r>
    </w:p>
    <w:p>
      <w:r>
        <w:rPr>
          <w:b/>
        </w:rPr>
        <w:t>Pasal 4 Hak dan Kewajiban</w:t>
      </w:r>
    </w:p>
    <w:p>
      <w:r>
        <w:t>PEMBERI KERJA menyediakan tempat istirahat yang layak, makan, dan memperlakukan PEKERJA dengan hormat tanpa kekerasan. PEKERJA menjaga barang dan rahasia rumah tangga.</w:t>
      </w:r>
    </w:p>
    <w:p>
      <w:r>
        <w:rPr>
          <w:b/>
        </w:rPr>
        <w:t>Pasal 5 Pengakhiran</w:t>
      </w:r>
    </w:p>
    <w:p>
      <w:r>
        <w:t>Pihak yang ingin mengakhiri kerja memberi tahu pihak lain paling lambat 14 hari sebelumnya. Upah yang menjadi hak dibayar penuh saat berakhir.</w:t>
      </w:r>
    </w:p>
    <w:p>
      <w:r>
        <w:t>Dibuat rangkap dua, masing-masing pihak memegang satu.</w:t>
      </w:r>
    </w:p>
    <w:p>
      <w:r>
        <w:t>PEMBERI KERJA: ____________ (</w:t>
      </w:r>
      <w:r>
        <w:rPr>
          <w:highlight w:val="yellow"/>
        </w:rPr>
        <w:t>[Nama pemberi kerja]</w:t>
      </w:r>
      <w:r>
        <w:t>)          PEKERJA: ____________ (</w:t>
      </w:r>
      <w:r>
        <w:rPr>
          <w:highlight w:val="yellow"/>
        </w:rPr>
        <w:t>[Nama asisten]</w:t>
      </w:r>
      <w:r>
        <w:t>)</w:t>
      </w:r>
    </w:p>
    <w:p>
      <w:r>
        <w:rPr>
          <w:i/>
          <w:sz w:val="18"/>
        </w:rPr>
        <w:t>Kerangka umum dari InfoHukum.com, bukan nasihat hukum. Sesuaikan dengan kebutuhan Anda dan konsultasikan dengan advokat atau notaris bila nilainya besar. Hapus catatan ini sebelum dicetak.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