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FREELANCE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klien]</w:t>
      </w:r>
      <w:r>
        <w:t xml:space="preserve"> (KLIEN) dan </w:t>
      </w:r>
      <w:r>
        <w:rPr>
          <w:highlight w:val="yellow"/>
        </w:rPr>
        <w:t>[Nama freelancer]</w:t>
      </w:r>
      <w:r>
        <w:t xml:space="preserve"> (PELAKSANA) sepakat sebagai berikut.</w:t>
      </w:r>
    </w:p>
    <w:p>
      <w:r>
        <w:rPr>
          <w:b/>
        </w:rPr>
        <w:t>Pasal 1 Ruang Lingkup</w:t>
      </w:r>
    </w:p>
    <w:p>
      <w:r>
        <w:t xml:space="preserve">PELAKSANA mengerjakan: </w:t>
      </w:r>
      <w:r>
        <w:rPr>
          <w:highlight w:val="yellow"/>
        </w:rPr>
        <w:t>[Uraian pekerjaan]</w:t>
      </w:r>
      <w:r>
        <w:t xml:space="preserve">. Hasil akhir yang diserahkan: </w:t>
      </w:r>
      <w:r>
        <w:rPr>
          <w:highlight w:val="yellow"/>
        </w:rPr>
        <w:t>[Hasil akhir yang diserahkan]</w:t>
      </w:r>
      <w:r>
        <w:t>. Pekerjaan di luar ruang lingkup dihitung terpisah atas kesepakatan tertulis.</w:t>
      </w:r>
    </w:p>
    <w:p>
      <w:r>
        <w:rPr>
          <w:b/>
        </w:rPr>
        <w:t>Pasal 2 Waktu</w:t>
      </w:r>
    </w:p>
    <w:p>
      <w:r>
        <w:t xml:space="preserve">Hasil akhir diserahkan paling lambat </w:t>
      </w:r>
      <w:r>
        <w:rPr>
          <w:highlight w:val="yellow"/>
        </w:rPr>
        <w:t>[Tenggat penyerahan]</w:t>
      </w:r>
      <w:r>
        <w:t>. Keterlambatan dari pihak KLIEN dalam memberi bahan menggeser tenggat sebanyak hari keterlambatan itu.</w:t>
      </w:r>
    </w:p>
    <w:p>
      <w:r>
        <w:rPr>
          <w:b/>
        </w:rPr>
        <w:t>Pasal 3 Biaya</w:t>
      </w:r>
    </w:p>
    <w:p>
      <w:r>
        <w:t xml:space="preserve">Total biaya Rp </w:t>
      </w:r>
      <w:r>
        <w:rPr>
          <w:highlight w:val="yellow"/>
        </w:rPr>
        <w:t>[Total biaya (Rp)]</w:t>
      </w:r>
      <w:r>
        <w:t xml:space="preserve">. Uang muka Rp </w:t>
      </w:r>
      <w:r>
        <w:rPr>
          <w:highlight w:val="yellow"/>
        </w:rPr>
        <w:t>[Uang muka (Rp)]</w:t>
      </w:r>
      <w:r>
        <w:t xml:space="preserve"> dibayar saat perjanjian ditandatangani, sisanya dibayar paling lambat 7 hari setelah hasil akhir diterima.</w:t>
      </w:r>
    </w:p>
    <w:p>
      <w:r>
        <w:rPr>
          <w:b/>
        </w:rPr>
        <w:t>Pasal 4 Revisi</w:t>
      </w:r>
    </w:p>
    <w:p>
      <w:r>
        <w:t xml:space="preserve">KLIEN berhak </w:t>
      </w:r>
      <w:r>
        <w:rPr>
          <w:highlight w:val="yellow"/>
        </w:rPr>
        <w:t>[Jumlah revisi gratis]</w:t>
      </w:r>
      <w:r>
        <w:t xml:space="preserve"> kali revisi tanpa biaya tambahan. Revisi berikutnya dihitung terpisah.</w:t>
      </w:r>
    </w:p>
    <w:p>
      <w:r>
        <w:rPr>
          <w:b/>
        </w:rPr>
        <w:t>Pasal 5 Hak Atas Hasil</w:t>
      </w:r>
    </w:p>
    <w:p>
      <w:r>
        <w:t>Hak atas hasil kerja berpindah kepada KLIEN setelah pembayaran lunas, kecuali disepakati lain secara tertulis. PELAKSANA berhak menampilkan hasil sebagai portofolio kecuali KLIEN menyatakan keberatan tertulis.</w:t>
      </w:r>
    </w:p>
    <w:p>
      <w:r>
        <w:rPr>
          <w:b/>
        </w:rPr>
        <w:t>Pasal 6 Pembatalan</w:t>
      </w:r>
    </w:p>
    <w:p>
      <w:r>
        <w:t>Bila KLIEN membatalkan setelah pekerjaan dimulai, uang muka tidak dikembalikan dan pekerjaan yang sudah selesai dibayar proporsional.</w:t>
      </w:r>
    </w:p>
    <w:p>
      <w:r>
        <w:rPr>
          <w:b/>
        </w:rPr>
        <w:t>Pasal 7 Kerahasiaan dan Sengketa</w:t>
      </w:r>
    </w:p>
    <w:p>
      <w:r>
        <w:t>Kedua pihak menjaga kerahasiaan informasi yang bersifat rahasia. Sengketa diselesaikan musyawarah, lalu melalui pengadilan bila perlu.</w:t>
      </w:r>
    </w:p>
    <w:p>
      <w:r>
        <w:t>KLIEN: ____________ (</w:t>
      </w:r>
      <w:r>
        <w:rPr>
          <w:highlight w:val="yellow"/>
        </w:rPr>
        <w:t>[Nama klien]</w:t>
      </w:r>
      <w:r>
        <w:t>)          PELAKSANA: ____________ (</w:t>
      </w:r>
      <w:r>
        <w:rPr>
          <w:highlight w:val="yellow"/>
        </w:rPr>
        <w:t>[Nama freelancer]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