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JASA FOTOGRAFI DAN VIDEOGRAFI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klien]</w:t>
      </w:r>
      <w:r>
        <w:t xml:space="preserve"> (KLIEN) dan </w:t>
      </w:r>
      <w:r>
        <w:rPr>
          <w:highlight w:val="yellow"/>
        </w:rPr>
        <w:t>[Nama fotografer/videografer]</w:t>
      </w:r>
      <w:r>
        <w:t xml:space="preserve"> (PENYEDIA JASA) sepakat sebagai berikut.</w:t>
      </w:r>
    </w:p>
    <w:p>
      <w:r>
        <w:rPr>
          <w:b/>
        </w:rPr>
        <w:t>Pasal 1 Jasa</w:t>
      </w:r>
    </w:p>
    <w:p>
      <w:r>
        <w:t xml:space="preserve">PENYEDIA JASA meliput </w:t>
      </w:r>
      <w:r>
        <w:rPr>
          <w:highlight w:val="yellow"/>
        </w:rPr>
        <w:t>[Jenis acara]</w:t>
      </w:r>
      <w:r>
        <w:t xml:space="preserve"> pada </w:t>
      </w:r>
      <w:r>
        <w:rPr>
          <w:highlight w:val="yellow"/>
        </w:rPr>
        <w:t>[Tanggal acara]</w:t>
      </w:r>
      <w:r>
        <w:t xml:space="preserve"> di </w:t>
      </w:r>
      <w:r>
        <w:rPr>
          <w:highlight w:val="yellow"/>
        </w:rPr>
        <w:t>[Lokasi acara]</w:t>
      </w:r>
      <w:r>
        <w:t xml:space="preserve"> selama </w:t>
      </w:r>
      <w:r>
        <w:rPr>
          <w:highlight w:val="yellow"/>
        </w:rPr>
        <w:t>[Durasi liputan]</w:t>
      </w:r>
      <w:r>
        <w:t>.</w:t>
      </w:r>
    </w:p>
    <w:p>
      <w:r>
        <w:rPr>
          <w:b/>
        </w:rPr>
        <w:t>Pasal 2 Hasil</w:t>
      </w:r>
    </w:p>
    <w:p>
      <w:r>
        <w:t xml:space="preserve">KLIEN menerima: </w:t>
      </w:r>
      <w:r>
        <w:rPr>
          <w:highlight w:val="yellow"/>
        </w:rPr>
        <w:t>[Hasil yang diterima (jumlah foto/video)]</w:t>
      </w:r>
      <w:r>
        <w:t xml:space="preserve">, paling lambat </w:t>
      </w:r>
      <w:r>
        <w:rPr>
          <w:highlight w:val="yellow"/>
        </w:rPr>
        <w:t>[Tenggat hasil jadi]</w:t>
      </w:r>
      <w:r>
        <w:t xml:space="preserve"> setelah acara.</w:t>
      </w:r>
    </w:p>
    <w:p>
      <w:r>
        <w:rPr>
          <w:b/>
        </w:rPr>
        <w:t>Pasal 3 Biaya</w:t>
      </w:r>
    </w:p>
    <w:p>
      <w:r>
        <w:t xml:space="preserve">Biaya total Rp </w:t>
      </w:r>
      <w:r>
        <w:rPr>
          <w:highlight w:val="yellow"/>
        </w:rPr>
        <w:t>[Biaya total (Rp)]</w:t>
      </w:r>
      <w:r>
        <w:t xml:space="preserve">. Uang muka Rp </w:t>
      </w:r>
      <w:r>
        <w:rPr>
          <w:highlight w:val="yellow"/>
        </w:rPr>
        <w:t>[Uang muka (Rp)]</w:t>
      </w:r>
      <w:r>
        <w:t xml:space="preserve"> dibayar saat ini, pelunasan paling lambat pada hari acara.</w:t>
      </w:r>
    </w:p>
    <w:p>
      <w:r>
        <w:rPr>
          <w:b/>
        </w:rPr>
        <w:t>Pasal 4 Pembatalan dan Perubahan Jadwal</w:t>
      </w:r>
    </w:p>
    <w:p>
      <w:r>
        <w:t>Pembatalan oleh KLIEN kurang dari 14 hari sebelum acara menyebabkan uang muka hangus. Perubahan jadwal disepakati tertulis sesuai ketersediaan.</w:t>
      </w:r>
    </w:p>
    <w:p>
      <w:r>
        <w:rPr>
          <w:b/>
        </w:rPr>
        <w:t>Pasal 5 Hak Pakai</w:t>
      </w:r>
    </w:p>
    <w:p>
      <w:r>
        <w:t>KLIEN boleh memakai hasil untuk keperluan pribadi. PENYEDIA JASA boleh memakai cuplikan untuk portofolio kecuali KLIEN keberatan tertulis.</w:t>
      </w:r>
    </w:p>
    <w:p>
      <w:r>
        <w:rPr>
          <w:b/>
        </w:rPr>
        <w:t>Pasal 6 Keadaan di Luar Kendali</w:t>
      </w:r>
    </w:p>
    <w:p>
      <w:r>
        <w:t>Bila PENYEDIA JASA berhalangan karena sakit atau keadaan darurat, ia mencarikan pengganti setara atau mengembalikan pembayaran yang telah diterima.</w:t>
      </w:r>
    </w:p>
    <w:p>
      <w:r>
        <w:t>KLIEN: ____________ (</w:t>
      </w:r>
      <w:r>
        <w:rPr>
          <w:highlight w:val="yellow"/>
        </w:rPr>
        <w:t>[Nama klien]</w:t>
      </w:r>
      <w:r>
        <w:t>)          PENYEDIA JASA: ____________ (</w:t>
      </w:r>
      <w:r>
        <w:rPr>
          <w:highlight w:val="yellow"/>
        </w:rPr>
        <w:t>[Nama fotografer/videografer]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