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SURAT PERINTAH KERJA</w:t>
      </w:r>
    </w:p>
    <w:p>
      <w:r>
        <w:t xml:space="preserve">Nomor: </w:t>
      </w:r>
      <w:r>
        <w:rPr>
          <w:highlight w:val="yellow"/>
        </w:rPr>
        <w:t>[Nomor SPK]</w:t>
      </w:r>
      <w:r>
        <w:t xml:space="preserve">     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rPr>
          <w:highlight w:val="yellow"/>
        </w:rPr>
        <w:t>[Pemberi perintah]</w:t>
      </w:r>
      <w:r>
        <w:t xml:space="preserve"> memerintahkan </w:t>
      </w:r>
      <w:r>
        <w:rPr>
          <w:highlight w:val="yellow"/>
        </w:rPr>
        <w:t>[Pelaksana]</w:t>
      </w:r>
      <w:r>
        <w:t xml:space="preserve"> untuk mengerjakan: </w:t>
      </w:r>
      <w:r>
        <w:rPr>
          <w:highlight w:val="yellow"/>
        </w:rPr>
        <w:t>[Uraian pekerjaan]</w:t>
      </w:r>
      <w:r>
        <w:t>.</w:t>
      </w:r>
    </w:p>
    <w:p>
      <w:r>
        <w:t xml:space="preserve">Nilai pekerjaan Rp </w:t>
      </w:r>
      <w:r>
        <w:rPr>
          <w:highlight w:val="yellow"/>
        </w:rPr>
        <w:t>[Nilai (Rp)]</w:t>
      </w:r>
      <w:r>
        <w:t xml:space="preserve">; waktu </w:t>
      </w:r>
      <w:r>
        <w:rPr>
          <w:highlight w:val="yellow"/>
        </w:rPr>
        <w:t>[Mulai]</w:t>
      </w:r>
      <w:r>
        <w:t xml:space="preserve"> sampai </w:t>
      </w:r>
      <w:r>
        <w:rPr>
          <w:highlight w:val="yellow"/>
        </w:rPr>
        <w:t>[Selesai]</w:t>
      </w:r>
      <w:r>
        <w:t>. Pembayaran dilakukan setelah pekerjaan diterima baik.</w:t>
      </w:r>
    </w:p>
    <w:p>
      <w:r>
        <w:t>Pemberi: ____________ (</w:t>
      </w:r>
      <w:r>
        <w:rPr>
          <w:highlight w:val="yellow"/>
        </w:rPr>
        <w:t>[Pemberi perintah]</w:t>
      </w:r>
      <w:r>
        <w:t>)          Pelaksana: ____________ (</w:t>
      </w:r>
      <w:r>
        <w:rPr>
          <w:highlight w:val="yellow"/>
        </w:rPr>
        <w:t>[Pelaksana]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