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Pengurus </w:t>
      </w:r>
      <w:r>
        <w:rPr>
          <w:highlight w:val="yellow"/>
        </w:rPr>
        <w:t>[Nama organisasi]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 menyatakan mengundurkan diri dari jabatan </w:t>
      </w:r>
      <w:r>
        <w:rPr>
          <w:highlight w:val="yellow"/>
        </w:rPr>
        <w:t>[Jabatan]</w:t>
      </w:r>
      <w:r>
        <w:t xml:space="preserve">, efektif </w:t>
      </w:r>
      <w:r>
        <w:rPr>
          <w:highlight w:val="yellow"/>
        </w:rPr>
        <w:t>[Mulai efektif]</w:t>
      </w:r>
      <w:r>
        <w:t xml:space="preserve">, karena </w:t>
      </w:r>
      <w:r>
        <w:rPr>
          <w:highlight w:val="yellow"/>
        </w:rPr>
        <w:t>[Alasan]</w:t>
      </w:r>
      <w:r>
        <w:t xml:space="preserve">. Serah terima tugas: </w:t>
      </w:r>
      <w:r>
        <w:rPr>
          <w:highlight w:val="yellow"/>
        </w:rPr>
        <w:t>[Serah terima tugas]</w:t>
      </w:r>
      <w:r>
        <w:t>.</w:t>
      </w:r>
    </w:p>
    <w:p>
      <w:r>
        <w:t>Terima kasih atas kesempatan dan kerja sama selama ini.</w:t>
      </w:r>
    </w:p>
    <w:p>
      <w:r>
        <w:t>____________ (</w:t>
      </w:r>
      <w:r>
        <w:rPr>
          <w:highlight w:val="yellow"/>
        </w:rPr>
        <w:t>[Nama]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