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[Ditujukan kepada]</w:t>
      </w:r>
    </w:p>
    <w:p>
      <w:r>
        <w:t xml:space="preserve">Saya </w:t>
      </w:r>
      <w:r>
        <w:rPr>
          <w:highlight w:val="yellow"/>
        </w:rPr>
        <w:t>[Nama pelapor]</w:t>
      </w:r>
      <w:r>
        <w:t xml:space="preserve">, beralamat di </w:t>
      </w:r>
      <w:r>
        <w:rPr>
          <w:highlight w:val="yellow"/>
        </w:rPr>
        <w:t>[Alamat]</w:t>
      </w:r>
      <w:r>
        <w:t xml:space="preserve"> (telp </w:t>
      </w:r>
      <w:r>
        <w:rPr>
          <w:highlight w:val="yellow"/>
        </w:rPr>
        <w:t>[Telepon]</w:t>
      </w:r>
      <w:r>
        <w:t xml:space="preserve">), mengadukan: </w:t>
      </w:r>
      <w:r>
        <w:rPr>
          <w:highlight w:val="yellow"/>
        </w:rPr>
        <w:t>[Uraian masalah]</w:t>
      </w:r>
      <w:r>
        <w:t xml:space="preserve">. Masalah ini terjadi sejak </w:t>
      </w:r>
      <w:r>
        <w:rPr>
          <w:highlight w:val="yellow"/>
        </w:rPr>
        <w:t>[Sejak kapan]</w:t>
      </w:r>
      <w:r>
        <w:t>.</w:t>
      </w:r>
    </w:p>
    <w:p>
      <w:r>
        <w:t xml:space="preserve">Harapan saya: </w:t>
      </w:r>
      <w:r>
        <w:rPr>
          <w:highlight w:val="yellow"/>
        </w:rPr>
        <w:t>[Harapan penyelesaian]</w:t>
      </w:r>
      <w:r>
        <w:t>. Mohon ditindaklanjuti dan diberi tanggapan.</w:t>
      </w:r>
    </w:p>
    <w:p>
      <w:r>
        <w:t>Hormat saya,</w:t>
      </w:r>
    </w:p>
    <w:p>
      <w:r>
        <w:t>____________ (</w:t>
      </w:r>
      <w:r>
        <w:rPr>
          <w:highlight w:val="yellow"/>
        </w:rPr>
        <w:t>[Nama pelapor]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