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PENCABUTAN KUASA</w:t>
      </w:r>
    </w:p>
    <w:p>
      <w:r>
        <w:t xml:space="preserve">Saya </w:t>
      </w:r>
      <w:r>
        <w:rPr>
          <w:highlight w:val="yellow"/>
        </w:rPr>
        <w:t>[Nama pemberi kuasa]</w:t>
      </w:r>
      <w:r>
        <w:t xml:space="preserve"> mencabut surat kuasa tanggal </w:t>
      </w:r>
      <w:r>
        <w:rPr>
          <w:highlight w:val="yellow"/>
        </w:rPr>
        <w:t>[Tanggal surat kuasa]</w:t>
      </w:r>
      <w:r>
        <w:t xml:space="preserve"> yang saya berikan kepada </w:t>
      </w:r>
      <w:r>
        <w:rPr>
          <w:highlight w:val="yellow"/>
        </w:rPr>
        <w:t>[Nama penerima kuasa]</w:t>
      </w:r>
      <w:r>
        <w:t xml:space="preserve"> untuk urusan </w:t>
      </w:r>
      <w:r>
        <w:rPr>
          <w:highlight w:val="yellow"/>
        </w:rPr>
        <w:t>[Urusan yang dikuasakan]</w:t>
      </w:r>
      <w:r>
        <w:t>.</w:t>
      </w:r>
    </w:p>
    <w:p>
      <w:r>
        <w:t xml:space="preserve">Sejak surat ini dibuat, </w:t>
      </w:r>
      <w:r>
        <w:rPr>
          <w:highlight w:val="yellow"/>
        </w:rPr>
        <w:t>[Nama penerima kuasa]</w:t>
      </w:r>
      <w:r>
        <w:t xml:space="preserve"> tidak berhak bertindak atas nama saya dalam urusan tersebut. Salinan surat ini disampaikan kepada pihak terkait.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pemberi kuasa]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