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Nomor: </w:t>
      </w:r>
      <w:r>
        <w:rPr>
          <w:highlight w:val="yellow"/>
        </w:rPr>
        <w:t>[Nomor surat]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[Ditujukan kepada]</w:t>
      </w:r>
    </w:p>
    <w:p>
      <w:r>
        <w:t xml:space="preserve">Bersama ini </w:t>
      </w:r>
      <w:r>
        <w:rPr>
          <w:highlight w:val="yellow"/>
        </w:rPr>
        <w:t>[Nama usaha]</w:t>
      </w:r>
      <w:r>
        <w:t xml:space="preserve"> menawarkan: </w:t>
      </w:r>
      <w:r>
        <w:rPr>
          <w:highlight w:val="yellow"/>
        </w:rPr>
        <w:t>[Barang/jasa]</w:t>
      </w:r>
      <w:r>
        <w:t xml:space="preserve"> dengan harga </w:t>
      </w:r>
      <w:r>
        <w:rPr>
          <w:highlight w:val="yellow"/>
        </w:rPr>
        <w:t>[Harga]</w:t>
      </w:r>
      <w:r>
        <w:t xml:space="preserve">. Penawaran berlaku sampai </w:t>
      </w:r>
      <w:r>
        <w:rPr>
          <w:highlight w:val="yellow"/>
        </w:rPr>
        <w:t>[Masa berlaku penawaran]</w:t>
      </w:r>
      <w:r>
        <w:t xml:space="preserve">. Syarat pembayaran: </w:t>
      </w:r>
      <w:r>
        <w:rPr>
          <w:highlight w:val="yellow"/>
        </w:rPr>
        <w:t>[Syarat pembayaran]</w:t>
      </w:r>
      <w:r>
        <w:t>.</w:t>
      </w:r>
    </w:p>
    <w:p>
      <w:r>
        <w:t>Kami berharap dapat bekerja sama. Terima kasih.</w:t>
      </w:r>
    </w:p>
    <w:p>
      <w:r>
        <w:t>____________ (</w:t>
      </w:r>
      <w:r>
        <w:rPr>
          <w:highlight w:val="yellow"/>
        </w:rPr>
        <w:t>[Nama usaha]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