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[Ditujukan kepada]</w:t>
      </w:r>
    </w:p>
    <w:p>
      <w:r>
        <w:t xml:space="preserve">Kami memberitahukan bahwa mulai </w:t>
      </w:r>
      <w:r>
        <w:rPr>
          <w:highlight w:val="yellow"/>
        </w:rPr>
        <w:t>[Berlaku mulai]</w:t>
      </w:r>
      <w:r>
        <w:t xml:space="preserve">, alamat kami: </w:t>
      </w:r>
      <w:r>
        <w:rPr>
          <w:highlight w:val="yellow"/>
        </w:rPr>
        <w:t>[Alamat baru]</w:t>
      </w:r>
      <w:r>
        <w:t xml:space="preserve">, kontak: </w:t>
      </w:r>
      <w:r>
        <w:rPr>
          <w:highlight w:val="yellow"/>
        </w:rPr>
        <w:t>[Kontak baru]</w:t>
      </w:r>
      <w:r>
        <w:t>. Mohon pencatatan ini dipakai untuk korespondensi selanjutnya.</w:t>
      </w:r>
    </w:p>
    <w:p>
      <w:r>
        <w:t>Terima kasih.</w:t>
      </w:r>
    </w:p>
    <w:p>
      <w:r>
        <w:t>____________ (</w:t>
      </w:r>
      <w:r>
        <w:rPr>
          <w:highlight w:val="yellow"/>
        </w:rPr>
        <w:t>[Nama/usaha]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