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[Nama penyewa]</w:t>
      </w:r>
    </w:p>
    <w:p>
      <w:r>
        <w:t xml:space="preserve">Dengan hormat, kami memberitahukan bahwa sewa atas </w:t>
      </w:r>
      <w:r>
        <w:rPr>
          <w:highlight w:val="yellow"/>
        </w:rPr>
        <w:t>[Alamat objek sewa]</w:t>
      </w:r>
      <w:r>
        <w:t xml:space="preserve"> berakhir pada </w:t>
      </w:r>
      <w:r>
        <w:rPr>
          <w:highlight w:val="yellow"/>
        </w:rPr>
        <w:t>[Tanggal sewa berakhir]</w:t>
      </w:r>
      <w:r>
        <w:t xml:space="preserve"> dan tidak diperpanjang. Mohon pengosongan paling lambat </w:t>
      </w:r>
      <w:r>
        <w:rPr>
          <w:highlight w:val="yellow"/>
        </w:rPr>
        <w:t>[Batas pengosongan]</w:t>
      </w:r>
      <w:r>
        <w:t xml:space="preserve"> dan penyerahan kunci kepada saya. Jaminan dikembalikan setelah pemeriksaan kondisi.</w:t>
      </w:r>
    </w:p>
    <w:p>
      <w:r>
        <w:t>Terima kasih atas kerja samanya.</w:t>
      </w:r>
    </w:p>
    <w:p>
      <w:r>
        <w:t>____________ (</w:t>
      </w:r>
      <w:r>
        <w:rPr>
          <w:highlight w:val="yellow"/>
        </w:rPr>
        <w:t>[Nama pemilik]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