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[Nama mitra]</w:t>
      </w:r>
    </w:p>
    <w:p>
      <w:r>
        <w:t xml:space="preserve">Kami memberitahukan bahwa </w:t>
      </w:r>
      <w:r>
        <w:rPr>
          <w:highlight w:val="yellow"/>
        </w:rPr>
        <w:t>[Kerja sama yang diakhiri]</w:t>
      </w:r>
      <w:r>
        <w:t xml:space="preserve"> akan berakhir pada </w:t>
      </w:r>
      <w:r>
        <w:rPr>
          <w:highlight w:val="yellow"/>
        </w:rPr>
        <w:t>[Tanggal berakhir]</w:t>
      </w:r>
      <w:r>
        <w:t xml:space="preserve">, karena </w:t>
      </w:r>
      <w:r>
        <w:rPr>
          <w:highlight w:val="yellow"/>
        </w:rPr>
        <w:t>[Alasan]</w:t>
      </w:r>
      <w:r>
        <w:t>.</w:t>
      </w:r>
    </w:p>
    <w:p>
      <w:r>
        <w:t xml:space="preserve">Penyelesaian hak dan kewajiban: </w:t>
      </w:r>
      <w:r>
        <w:rPr>
          <w:highlight w:val="yellow"/>
        </w:rPr>
        <w:t>[Penyelesaian hak dan kewajiban]</w:t>
      </w:r>
      <w:r>
        <w:t>. Mohon kerja sama agar peralihan berjalan tertib.</w:t>
      </w:r>
    </w:p>
    <w:p>
      <w:r>
        <w:t>Terima kasih atas kerja sama selama ini.</w:t>
      </w:r>
    </w:p>
    <w:p>
      <w:r>
        <w:t>____________ (</w:t>
      </w:r>
      <w:r>
        <w:rPr>
          <w:highlight w:val="yellow"/>
        </w:rPr>
        <w:t>[Nama/usaha]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