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[Tanggal]</w:t>
      </w:r>
    </w:p>
    <w:p>
      <w:r>
        <w:t xml:space="preserve">Kepada Yth. </w:t>
      </w:r>
      <w:r>
        <w:rPr>
          <w:highlight w:val="yellow"/>
        </w:rPr>
        <w:t>[Nama penyewa]</w:t>
      </w:r>
    </w:p>
    <w:p>
      <w:r>
        <w:t xml:space="preserve">Mengenai sewa </w:t>
      </w:r>
      <w:r>
        <w:rPr>
          <w:highlight w:val="yellow"/>
        </w:rPr>
        <w:t>[Objek sewa]</w:t>
      </w:r>
      <w:r>
        <w:t xml:space="preserve">, kami memberitahukan penyesuaian sewa dari Rp </w:t>
      </w:r>
      <w:r>
        <w:rPr>
          <w:highlight w:val="yellow"/>
        </w:rPr>
        <w:t>[Sewa saat ini (Rp)]</w:t>
      </w:r>
      <w:r>
        <w:t xml:space="preserve"> menjadi Rp </w:t>
      </w:r>
      <w:r>
        <w:rPr>
          <w:highlight w:val="yellow"/>
        </w:rPr>
        <w:t>[Sewa baru (Rp)]</w:t>
      </w:r>
      <w:r>
        <w:t xml:space="preserve"> mulai </w:t>
      </w:r>
      <w:r>
        <w:rPr>
          <w:highlight w:val="yellow"/>
        </w:rPr>
        <w:t>[Berlaku mulai]</w:t>
      </w:r>
      <w:r>
        <w:t xml:space="preserve">, karena </w:t>
      </w:r>
      <w:r>
        <w:rPr>
          <w:highlight w:val="yellow"/>
        </w:rPr>
        <w:t>[Alasan]</w:t>
      </w:r>
      <w:r>
        <w:t>.</w:t>
      </w:r>
    </w:p>
    <w:p>
      <w:r>
        <w:t>Mohon konfirmasi kelanjutan sewa. Bila ingin membahasnya, silakan hubungi kami.</w:t>
      </w:r>
    </w:p>
    <w:p>
      <w:r>
        <w:t>____________ (</w:t>
      </w:r>
      <w:r>
        <w:rPr>
          <w:highlight w:val="yellow"/>
        </w:rPr>
        <w:t>[Nama pemilik]</w:t>
      </w:r>
      <w:r>
        <w:t>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