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[Nama penjual]</w:t>
      </w:r>
    </w:p>
    <w:p>
      <w:r>
        <w:t xml:space="preserve">Perihal: Pembatalan pesanan </w:t>
      </w:r>
      <w:r>
        <w:rPr>
          <w:highlight w:val="yellow"/>
        </w:rPr>
        <w:t>[Nomor pesanan]</w:t>
      </w:r>
    </w:p>
    <w:p>
      <w:r>
        <w:t xml:space="preserve">Saya </w:t>
      </w:r>
      <w:r>
        <w:rPr>
          <w:highlight w:val="yellow"/>
        </w:rPr>
        <w:t>[Nama Anda]</w:t>
      </w:r>
      <w:r>
        <w:t xml:space="preserve"> membatalkan pembelian </w:t>
      </w:r>
      <w:r>
        <w:rPr>
          <w:highlight w:val="yellow"/>
        </w:rPr>
        <w:t>[Barang]</w:t>
      </w:r>
      <w:r>
        <w:t xml:space="preserve"> dengan alasan: </w:t>
      </w:r>
      <w:r>
        <w:rPr>
          <w:highlight w:val="yellow"/>
        </w:rPr>
        <w:t>[Alasan pembatalan]</w:t>
      </w:r>
      <w:r>
        <w:t xml:space="preserve">. Saya telah membayar Rp </w:t>
      </w:r>
      <w:r>
        <w:rPr>
          <w:highlight w:val="yellow"/>
        </w:rPr>
        <w:t>[Jumlah dibayar (Rp)]</w:t>
      </w:r>
      <w:r>
        <w:t xml:space="preserve">; mohon dikembalikan ke rekening </w:t>
      </w:r>
      <w:r>
        <w:rPr>
          <w:highlight w:val="yellow"/>
        </w:rPr>
        <w:t>[Rekening pengembalian]</w:t>
      </w:r>
      <w:r>
        <w:t xml:space="preserve"> dalam 14 hari kerja.</w:t>
      </w:r>
    </w:p>
    <w:p>
      <w:r>
        <w:t>Mohon konfirmasi tertulis. Terima kasih.</w:t>
      </w:r>
    </w:p>
    <w:p>
      <w:r>
        <w:t>____________ (</w:t>
      </w:r>
      <w:r>
        <w:rPr>
          <w:highlight w:val="yellow"/>
        </w:rPr>
        <w:t>[Nama Anda]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