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>Kepada Yth. Bagian Sumber Daya Manusia</w:t>
      </w:r>
    </w:p>
    <w:p>
      <w:r>
        <w:rPr>
          <w:highlight w:val="yellow"/>
        </w:rPr>
        <w:t>[Nama perusahaan]</w:t>
      </w:r>
    </w:p>
    <w:p>
      <w:r>
        <w:t>Dengan hormat,</w:t>
      </w:r>
    </w:p>
    <w:p>
      <w:r>
        <w:t xml:space="preserve">Saya </w:t>
      </w:r>
      <w:r>
        <w:rPr>
          <w:highlight w:val="yellow"/>
        </w:rPr>
        <w:t>[Nama lengkap]</w:t>
      </w:r>
      <w:r>
        <w:t xml:space="preserve">, lulusan </w:t>
      </w:r>
      <w:r>
        <w:rPr>
          <w:highlight w:val="yellow"/>
        </w:rPr>
        <w:t>[Pendidikan terakhir]</w:t>
      </w:r>
      <w:r>
        <w:t xml:space="preserve">, bermaksud melamar posisi </w:t>
      </w:r>
      <w:r>
        <w:rPr>
          <w:highlight w:val="yellow"/>
        </w:rPr>
        <w:t>[Posisi yang dilamar]</w:t>
      </w:r>
      <w:r>
        <w:t xml:space="preserve"> di </w:t>
      </w:r>
      <w:r>
        <w:rPr>
          <w:highlight w:val="yellow"/>
        </w:rPr>
        <w:t>[Nama perusahaan]</w:t>
      </w:r>
      <w:r>
        <w:t xml:space="preserve">. Pengalaman saya: </w:t>
      </w:r>
      <w:r>
        <w:rPr>
          <w:highlight w:val="yellow"/>
        </w:rPr>
        <w:t>[Ringkasan pengalaman]</w:t>
      </w:r>
      <w:r>
        <w:t>.</w:t>
      </w:r>
    </w:p>
    <w:p>
      <w:r>
        <w:t>Bersama surat ini saya lampirkan daftar riwayat hidup, fotokopi ijazah, dan dokumen pendukung lainnya. Saya siap mengikuti seleksi sesuai jadwal yang Bapak/Ibu tentukan.</w:t>
      </w:r>
    </w:p>
    <w:p>
      <w:r>
        <w:t>Terima kasih atas perhatiannya.</w:t>
      </w:r>
    </w:p>
    <w:p>
      <w:r>
        <w:t>Hormat saya,</w:t>
      </w:r>
    </w:p>
    <w:p>
      <w:r>
        <w:t>____________</w:t>
      </w:r>
    </w:p>
    <w:p>
      <w:r>
        <w:rPr>
          <w:highlight w:val="yellow"/>
        </w:rPr>
        <w:t>[Nama lengkap]</w:t>
      </w:r>
    </w:p>
    <w:p>
      <w:r>
        <w:rPr>
          <w:highlight w:val="yellow"/>
        </w:rPr>
        <w:t>[Alamat]</w:t>
      </w:r>
      <w:r>
        <w:t xml:space="preserve"> | </w:t>
      </w:r>
      <w:r>
        <w:rPr>
          <w:highlight w:val="yellow"/>
        </w:rPr>
        <w:t>[Nomor telepon]</w:t>
      </w:r>
      <w:r>
        <w:t xml:space="preserve"> | </w:t>
      </w:r>
      <w:r>
        <w:rPr>
          <w:highlight w:val="yellow"/>
        </w:rPr>
        <w:t>[Email]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