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KUASA</w:t>
      </w:r>
    </w:p>
    <w:p>
      <w:r>
        <w:t xml:space="preserve">Yang bertanda tangan di bawah ini </w:t>
      </w:r>
      <w:r>
        <w:rPr>
          <w:highlight w:val="yellow"/>
        </w:rPr>
        <w:t>[Nama pemberi kuasa]</w:t>
      </w:r>
      <w:r>
        <w:t xml:space="preserve">, No. KTP </w:t>
      </w:r>
      <w:r>
        <w:rPr>
          <w:highlight w:val="yellow"/>
        </w:rPr>
        <w:t>[No. KTP pemberi]</w:t>
      </w:r>
      <w:r>
        <w:t xml:space="preserve">, memberi kuasa kepada </w:t>
      </w:r>
      <w:r>
        <w:rPr>
          <w:highlight w:val="yellow"/>
        </w:rPr>
        <w:t>[Nama penerima kuasa]</w:t>
      </w:r>
      <w:r>
        <w:t xml:space="preserve">, No. KTP </w:t>
      </w:r>
      <w:r>
        <w:rPr>
          <w:highlight w:val="yellow"/>
        </w:rPr>
        <w:t>[No. KTP penerima]</w:t>
      </w:r>
      <w:r>
        <w:t>.</w:t>
      </w:r>
    </w:p>
    <w:p>
      <w:r>
        <w:t xml:space="preserve">Untuk mengambil BPKB kendaraan </w:t>
      </w:r>
      <w:r>
        <w:rPr>
          <w:highlight w:val="yellow"/>
        </w:rPr>
        <w:t>[Merek dan jenis kendaraan]</w:t>
      </w:r>
      <w:r>
        <w:t xml:space="preserve">, nomor polisi </w:t>
      </w:r>
      <w:r>
        <w:rPr>
          <w:highlight w:val="yellow"/>
        </w:rPr>
        <w:t>[Nomor polisi]</w:t>
      </w:r>
      <w:r>
        <w:t xml:space="preserve">, kontrak nomor </w:t>
      </w:r>
      <w:r>
        <w:rPr>
          <w:highlight w:val="yellow"/>
        </w:rPr>
        <w:t>[Nomor kontrak]</w:t>
      </w:r>
      <w:r>
        <w:t xml:space="preserve">, pada </w:t>
      </w:r>
      <w:r>
        <w:rPr>
          <w:highlight w:val="yellow"/>
        </w:rPr>
        <w:t>[Nama leasing/bank]</w:t>
      </w:r>
      <w:r>
        <w:t>.</w:t>
      </w:r>
    </w:p>
    <w:p>
      <w:r>
        <w:t>Penerima kuasa berhak menandatangani tanda terima dan membawa dokumen yang diperlukan. Kuasa ini berlaku hanya untuk urusan tersebut.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Pemberi kuasa: ____________ (</w:t>
      </w:r>
      <w:r>
        <w:rPr>
          <w:highlight w:val="yellow"/>
        </w:rPr>
        <w:t>[Nama pemberi kuasa]</w:t>
      </w:r>
      <w:r>
        <w:t>)          Penerima kuasa: ____________ (</w:t>
      </w:r>
      <w:r>
        <w:rPr>
          <w:highlight w:val="yellow"/>
        </w:rPr>
        <w:t>[Nama penerima kuasa]</w:t>
      </w:r>
      <w:r>
        <w:t>)</w:t>
      </w:r>
    </w:p>
    <w:p>
      <w:r>
        <w:t>(Materai Rp10.000 pada tanda tangan pemberi kuasa)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