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PERNYATAAN ALAMAT USAHA</w:t>
      </w:r>
    </w:p>
    <w:p>
      <w:r>
        <w:t xml:space="preserve">Saya </w:t>
      </w:r>
      <w:r>
        <w:rPr>
          <w:highlight w:val="yellow"/>
        </w:rPr>
        <w:t>[Nama pemilik]</w:t>
      </w:r>
      <w:r>
        <w:t xml:space="preserve">, No. KTP </w:t>
      </w:r>
      <w:r>
        <w:rPr>
          <w:highlight w:val="yellow"/>
        </w:rPr>
        <w:t>[No. KTP]</w:t>
      </w:r>
      <w:r>
        <w:t xml:space="preserve">, menyatakan usaha </w:t>
      </w:r>
      <w:r>
        <w:rPr>
          <w:highlight w:val="yellow"/>
        </w:rPr>
        <w:t>[Nama usaha]</w:t>
      </w:r>
      <w:r>
        <w:t xml:space="preserve"> bergerak di bidang </w:t>
      </w:r>
      <w:r>
        <w:rPr>
          <w:highlight w:val="yellow"/>
        </w:rPr>
        <w:t>[Kegiatan usaha]</w:t>
      </w:r>
      <w:r>
        <w:t xml:space="preserve"> beralamat di </w:t>
      </w:r>
      <w:r>
        <w:rPr>
          <w:highlight w:val="yellow"/>
        </w:rPr>
        <w:t>[Alamat usaha]</w:t>
      </w:r>
      <w:r>
        <w:t xml:space="preserve"> dan beroperasi sejak </w:t>
      </w:r>
      <w:r>
        <w:rPr>
          <w:highlight w:val="yellow"/>
        </w:rPr>
        <w:t>[Beroperasi sejak]</w:t>
      </w:r>
      <w:r>
        <w:t>.</w:t>
      </w:r>
    </w:p>
    <w:p>
      <w:r>
        <w:t>Surat ini dibuat dengan benar dan dapat dipertanggungjawabkan.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____________ (</w:t>
      </w:r>
      <w:r>
        <w:rPr>
          <w:highlight w:val="yellow"/>
        </w:rPr>
        <w:t>[Nama pemilik]</w:t>
      </w:r>
      <w:r>
        <w:t>)  (bermaterai)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