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KESEPAKATAN PEMBATALAN PERJANJIAN</w:t>
      </w:r>
    </w:p>
    <w:p>
      <w:r>
        <w:rPr>
          <w:highlight w:val="yellow"/>
        </w:rPr>
        <w:t>[Nama pihak pertama]</w:t>
      </w:r>
      <w:r>
        <w:t xml:space="preserve"> dan </w:t>
      </w:r>
      <w:r>
        <w:rPr>
          <w:highlight w:val="yellow"/>
        </w:rPr>
        <w:t>[Nama pihak kedua]</w:t>
      </w:r>
      <w:r>
        <w:t xml:space="preserve"> sepakat membatalkan </w:t>
      </w:r>
      <w:r>
        <w:rPr>
          <w:highlight w:val="yellow"/>
        </w:rPr>
        <w:t>[Perjanjian yang dibatalkan]</w:t>
      </w:r>
      <w:r>
        <w:t xml:space="preserve"> tanggal </w:t>
      </w:r>
      <w:r>
        <w:rPr>
          <w:highlight w:val="yellow"/>
        </w:rPr>
        <w:t>[Tanggal perjanjian]</w:t>
      </w:r>
      <w:r>
        <w:t>.</w:t>
      </w:r>
    </w:p>
    <w:p>
      <w:r>
        <w:t xml:space="preserve">Penyelesaian: </w:t>
      </w:r>
      <w:r>
        <w:rPr>
          <w:highlight w:val="yellow"/>
        </w:rPr>
        <w:t>[Penyelesaian hak dan kewajiban]</w:t>
      </w:r>
      <w:r>
        <w:t>.</w:t>
      </w:r>
    </w:p>
    <w:p>
      <w:r>
        <w:t>Setelah pelaksanaan penyelesaian di atas, kedua pihak saling membebaskan dari tuntutan terkait perjanjian tersebut.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rPr>
          <w:highlight w:val="yellow"/>
        </w:rPr>
        <w:t>[Nama pihak pertama]</w:t>
      </w:r>
      <w:r>
        <w:t xml:space="preserve">: ____________          </w:t>
      </w:r>
      <w:r>
        <w:rPr>
          <w:highlight w:val="yellow"/>
        </w:rPr>
        <w:t>[Nama pihak kedua]</w:t>
      </w:r>
      <w:r>
        <w:t>: ____________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