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 xml:space="preserve">Kepada Yth. </w:t>
      </w:r>
      <w:r>
        <w:rPr>
          <w:highlight w:val="yellow"/>
        </w:rPr>
        <w:t>[Nama tetangga]</w:t>
      </w:r>
      <w:r>
        <w:t xml:space="preserve">, </w:t>
      </w:r>
      <w:r>
        <w:rPr>
          <w:highlight w:val="yellow"/>
        </w:rPr>
        <w:t>[Alamat tetangga]</w:t>
      </w:r>
    </w:p>
    <w:p>
      <w:r>
        <w:t xml:space="preserve">Saya </w:t>
      </w:r>
      <w:r>
        <w:rPr>
          <w:highlight w:val="yellow"/>
        </w:rPr>
        <w:t>[Nama Anda]</w:t>
      </w:r>
      <w:r>
        <w:t xml:space="preserve"> menyampaikan keberatan atas </w:t>
      </w:r>
      <w:r>
        <w:rPr>
          <w:highlight w:val="yellow"/>
        </w:rPr>
        <w:t>[Jenis gangguan]</w:t>
      </w:r>
      <w:r>
        <w:t xml:space="preserve"> yang berlangsung sejak </w:t>
      </w:r>
      <w:r>
        <w:rPr>
          <w:highlight w:val="yellow"/>
        </w:rPr>
        <w:t>[Sejak kapan]</w:t>
      </w:r>
      <w:r>
        <w:t xml:space="preserve">. Mohon: </w:t>
      </w:r>
      <w:r>
        <w:rPr>
          <w:highlight w:val="yellow"/>
        </w:rPr>
        <w:t>[Yang Anda minta]</w:t>
      </w:r>
      <w:r>
        <w:t>.</w:t>
      </w:r>
    </w:p>
    <w:p>
      <w:r>
        <w:t xml:space="preserve">Saya berharap hal ini selesai secara kekeluargaan dan menunggu tanggapan sampai </w:t>
      </w:r>
      <w:r>
        <w:rPr>
          <w:highlight w:val="yellow"/>
        </w:rPr>
        <w:t>[Batas tanggapan]</w:t>
      </w:r>
      <w:r>
        <w:t>. Bila tidak ada perubahan, saya akan meminta bantuan pengurus RT/RW.</w:t>
      </w:r>
    </w:p>
    <w:p>
      <w:r>
        <w:t>____________ (</w:t>
      </w:r>
      <w:r>
        <w:rPr>
          <w:highlight w:val="yellow"/>
        </w:rPr>
        <w:t>[Nama Anda]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