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SURAT IZIN PENGGUNAAN FOTO/VIDEO</w:t>
      </w:r>
    </w:p>
    <w:p>
      <w:r>
        <w:t xml:space="preserve">Pada </w:t>
      </w:r>
      <w:r>
        <w:rPr>
          <w:highlight w:val="yellow"/>
        </w:rPr>
        <w:t>[Tanggal]</w:t>
      </w:r>
      <w:r>
        <w:t xml:space="preserve"> di </w:t>
      </w:r>
      <w:r>
        <w:rPr>
          <w:highlight w:val="yellow"/>
        </w:rPr>
        <w:t>[Kota]</w:t>
      </w:r>
      <w:r>
        <w:t xml:space="preserve">, saya </w:t>
      </w:r>
      <w:r>
        <w:rPr>
          <w:highlight w:val="yellow"/>
        </w:rPr>
        <w:t>[Nama pemberi izin]</w:t>
      </w:r>
      <w:r>
        <w:t xml:space="preserve"> memberi izin kepada </w:t>
      </w:r>
      <w:r>
        <w:rPr>
          <w:highlight w:val="yellow"/>
        </w:rPr>
        <w:t>[Nama penerima izin]</w:t>
      </w:r>
      <w:r>
        <w:t xml:space="preserve"> untuk memakai </w:t>
      </w:r>
      <w:r>
        <w:rPr>
          <w:highlight w:val="yellow"/>
        </w:rPr>
        <w:t>[Foto/video yang dimaksud]</w:t>
      </w:r>
      <w:r>
        <w:t>.</w:t>
      </w:r>
    </w:p>
    <w:p>
      <w:r>
        <w:rPr>
          <w:b/>
        </w:rPr>
        <w:t>Penggunaan</w:t>
      </w:r>
    </w:p>
    <w:p>
      <w:r>
        <w:t xml:space="preserve">Izin berlaku untuk media: </w:t>
      </w:r>
      <w:r>
        <w:rPr>
          <w:highlight w:val="yellow"/>
        </w:rPr>
        <w:t>[Media penggunaan]</w:t>
      </w:r>
      <w:r>
        <w:t xml:space="preserve">, selama </w:t>
      </w:r>
      <w:r>
        <w:rPr>
          <w:highlight w:val="yellow"/>
        </w:rPr>
        <w:t>[Jangka waktu izin]</w:t>
      </w:r>
      <w:r>
        <w:t xml:space="preserve">. Imbalan: </w:t>
      </w:r>
      <w:r>
        <w:rPr>
          <w:highlight w:val="yellow"/>
        </w:rPr>
        <w:t>[Imbalan (jika ada)]</w:t>
      </w:r>
      <w:r>
        <w:t>.</w:t>
      </w:r>
    </w:p>
    <w:p>
      <w:r>
        <w:rPr>
          <w:b/>
        </w:rPr>
        <w:t>Batasan</w:t>
      </w:r>
    </w:p>
    <w:p>
      <w:r>
        <w:t>Materi tidak boleh diubah sehingga merendahkan atau menyesatkan, dan tidak dipakai di luar tujuan di atas.</w:t>
      </w:r>
    </w:p>
    <w:p>
      <w:r>
        <w:rPr>
          <w:b/>
        </w:rPr>
        <w:t>Pencabutan</w:t>
      </w:r>
    </w:p>
    <w:p>
      <w:r>
        <w:t>Saya dapat mencabut izin secara tertulis, dan penerima menghentikan penggunaan baru dalam waktu wajar.</w:t>
      </w:r>
    </w:p>
    <w:p>
      <w:r>
        <w:t>Pemberi izin: ____________ (</w:t>
      </w:r>
      <w:r>
        <w:rPr>
          <w:highlight w:val="yellow"/>
        </w:rPr>
        <w:t>[Nama pemberi izin]</w:t>
      </w:r>
      <w:r>
        <w:t>)          Penerima izin: ____________ (</w:t>
      </w:r>
      <w:r>
        <w:rPr>
          <w:highlight w:val="yellow"/>
        </w:rPr>
        <w:t>[Nama penerima izin]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