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IZIN ORANG TUA</w:t>
      </w:r>
    </w:p>
    <w:p>
      <w:r>
        <w:t xml:space="preserve">Saya </w:t>
      </w:r>
      <w:r>
        <w:rPr>
          <w:highlight w:val="yellow"/>
        </w:rPr>
        <w:t>[Nama orang tua]</w:t>
      </w:r>
      <w:r>
        <w:t xml:space="preserve">, No. KTP </w:t>
      </w:r>
      <w:r>
        <w:rPr>
          <w:highlight w:val="yellow"/>
        </w:rPr>
        <w:t>[No. KTP orang tua]</w:t>
      </w:r>
      <w:r>
        <w:t xml:space="preserve">, selaku orang tua dari </w:t>
      </w:r>
      <w:r>
        <w:rPr>
          <w:highlight w:val="yellow"/>
        </w:rPr>
        <w:t>[Nama anak]</w:t>
      </w:r>
      <w:r>
        <w:t xml:space="preserve"> (lahir </w:t>
      </w:r>
      <w:r>
        <w:rPr>
          <w:highlight w:val="yellow"/>
        </w:rPr>
        <w:t>[Tanggal lahir anak]</w:t>
      </w:r>
      <w:r>
        <w:t xml:space="preserve">), mengizinkan anak saya bepergian ke </w:t>
      </w:r>
      <w:r>
        <w:rPr>
          <w:highlight w:val="yellow"/>
        </w:rPr>
        <w:t>[Tujuan perjalanan]</w:t>
      </w:r>
      <w:r>
        <w:t xml:space="preserve"> dari </w:t>
      </w:r>
      <w:r>
        <w:rPr>
          <w:highlight w:val="yellow"/>
        </w:rPr>
        <w:t>[Tanggal pergi]</w:t>
      </w:r>
      <w:r>
        <w:t xml:space="preserve"> sampai </w:t>
      </w:r>
      <w:r>
        <w:rPr>
          <w:highlight w:val="yellow"/>
        </w:rPr>
        <w:t>[Tanggal pulang]</w:t>
      </w:r>
      <w:r>
        <w:t xml:space="preserve"> bersama </w:t>
      </w:r>
      <w:r>
        <w:rPr>
          <w:highlight w:val="yellow"/>
        </w:rPr>
        <w:t>[Nama pendamping]</w:t>
      </w:r>
      <w:r>
        <w:t>.</w:t>
      </w:r>
    </w:p>
    <w:p>
      <w:r>
        <w:t>Selama perjalanan, pendamping bertanggung jawab atas keselamatan anak. Saya dapat dihubungi pada nomor yang tercantum di KTP.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____________ (</w:t>
      </w:r>
      <w:r>
        <w:rPr>
          <w:highlight w:val="yellow"/>
        </w:rPr>
        <w:t>[Nama orang tua]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