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BERITA ACARA KERUSAKAN BARANG</w:t>
      </w:r>
    </w:p>
    <w:p>
      <w:r>
        <w:t xml:space="preserve">Pada </w:t>
      </w:r>
      <w:r>
        <w:rPr>
          <w:highlight w:val="yellow"/>
        </w:rPr>
        <w:t>[Waktu ditemukan]</w:t>
      </w:r>
      <w:r>
        <w:t xml:space="preserve"> di </w:t>
      </w:r>
      <w:r>
        <w:rPr>
          <w:highlight w:val="yellow"/>
        </w:rPr>
        <w:t>[Lokasi]</w:t>
      </w:r>
      <w:r>
        <w:t xml:space="preserve">, kami membuat berita acara bahwa </w:t>
      </w:r>
      <w:r>
        <w:rPr>
          <w:highlight w:val="yellow"/>
        </w:rPr>
        <w:t>[Barang]</w:t>
      </w:r>
      <w:r>
        <w:t xml:space="preserve"> dalam kondisi: </w:t>
      </w:r>
      <w:r>
        <w:rPr>
          <w:highlight w:val="yellow"/>
        </w:rPr>
        <w:t>[Kondisi kerusakan]</w:t>
      </w:r>
      <w:r>
        <w:t xml:space="preserve">. Dugaan penyebab: </w:t>
      </w:r>
      <w:r>
        <w:rPr>
          <w:highlight w:val="yellow"/>
        </w:rPr>
        <w:t>[Dugaan penyebab]</w:t>
      </w:r>
      <w:r>
        <w:t>.</w:t>
      </w:r>
    </w:p>
    <w:p>
      <w:r>
        <w:t xml:space="preserve">Pelapor: </w:t>
      </w:r>
      <w:r>
        <w:rPr>
          <w:highlight w:val="yellow"/>
        </w:rPr>
        <w:t>[Nama pelapor]</w:t>
      </w:r>
      <w:r>
        <w:t xml:space="preserve">. Saksi: </w:t>
      </w:r>
      <w:r>
        <w:rPr>
          <w:highlight w:val="yellow"/>
        </w:rPr>
        <w:t>[Nama saksi]</w:t>
      </w:r>
      <w:r>
        <w:t>.</w:t>
      </w:r>
    </w:p>
    <w:p>
      <w:r>
        <w:t>Berita acara ini dibuat sebenarnya untuk dipakai sebagaimana mestinya.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Pelapor: ____________          Saksi: ____________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